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20"/>
        <w:jc w:val="center"/>
      </w:pPr>
      <w:r>
        <w:rPr>
          <w:rFonts w:ascii="黑体" w:hAnsi="黑体" w:eastAsia="黑体"/>
          <w:b/>
          <w:sz w:val="32"/>
        </w:rPr>
        <w:t>《东方文化研究》作者信息表</w:t>
      </w:r>
    </w:p>
    <w:p>
      <w:pPr>
        <w:spacing w:after="80" w:line="360" w:lineRule="auto"/>
        <w:jc w:val="center"/>
      </w:pPr>
      <w:r>
        <w:rPr>
          <w:rFonts w:ascii="宋体" w:hAnsi="宋体" w:eastAsia="宋体"/>
          <w:b w:val="0"/>
          <w:sz w:val="18"/>
        </w:rPr>
        <w:t>（请如实填写，随稿件一并上传；本表仅用于编辑部内部登记与联系）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项目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内容</w:t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项目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内容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姓名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性别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出生年份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最高学位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职称/职务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所在单位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二级单位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研究方向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手机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电子邮箱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通讯地址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邮政编码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ORCID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是否本刊读作者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  <w:t>□是　□否</w:t>
            </w:r>
          </w:p>
        </w:tc>
      </w:tr>
    </w:tbl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</w:r>
    </w:p>
    <w:p>
      <w:pPr>
        <w:spacing w:after="80" w:line="360" w:lineRule="auto"/>
        <w:jc w:val="left"/>
      </w:pPr>
      <w:r>
        <w:rPr>
          <w:rFonts w:ascii="宋体" w:hAnsi="宋体" w:eastAsia="宋体"/>
          <w:b/>
          <w:sz w:val="21"/>
        </w:rPr>
        <w:t>论文题目：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21"/>
        </w:rPr>
        <w:t>________________________________________________________________________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20"/>
        </w:rPr>
        <w:t>作者贡献声明：□选题设计　□资料收集　□数据分析　□论文撰写　□修改定稿　□其他：__________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20"/>
        </w:rPr>
        <w:t>基金项目（如无请填“无”）：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21"/>
        </w:rPr>
        <w:t>________________________________________________________________________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20"/>
        </w:rPr>
        <w:t>利益冲突声明：本文不存在利益冲突。□同意　□需说明：______________________________</w:t>
      </w:r>
    </w:p>
    <w:p>
      <w:pPr>
        <w:spacing w:after="120" w:line="360" w:lineRule="auto"/>
        <w:jc w:val="left"/>
      </w:pPr>
      <w:r>
        <w:rPr>
          <w:rFonts w:ascii="宋体" w:hAnsi="宋体" w:eastAsia="宋体"/>
          <w:b w:val="0"/>
          <w:sz w:val="21"/>
        </w:rPr>
      </w:r>
    </w:p>
    <w:p>
      <w:pPr>
        <w:spacing w:before="120" w:after="120"/>
        <w:jc w:val="center"/>
      </w:pPr>
      <w:r>
        <w:rPr>
          <w:rFonts w:ascii="黑体" w:hAnsi="黑体" w:eastAsia="黑体"/>
          <w:b/>
          <w:sz w:val="32"/>
        </w:rPr>
        <w:t>《东方文化研究》审稿人信息表</w:t>
      </w:r>
    </w:p>
    <w:p>
      <w:pPr>
        <w:spacing w:after="80" w:line="360" w:lineRule="auto"/>
        <w:jc w:val="center"/>
      </w:pPr>
      <w:r>
        <w:rPr>
          <w:rFonts w:ascii="宋体" w:hAnsi="宋体" w:eastAsia="宋体"/>
          <w:b w:val="0"/>
          <w:sz w:val="18"/>
        </w:rPr>
        <w:t>（自愿申请或受邀填写；信息仅用于遴选审稿专家，不对外公开）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项目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内容</w:t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项目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内容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姓名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性别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出生年份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最高学位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职称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所在单位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二级单位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研究方向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手机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电子邮箱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通讯地址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邮政编码</w:t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  <w:t>ORCID/个人主页</w:t>
            </w:r>
          </w:p>
        </w:tc>
        <w:tc>
          <w:tcPr>
            <w:tcW w:type="dxa" w:w="3402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2381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</w:tbl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</w:r>
    </w:p>
    <w:p>
      <w:pPr>
        <w:spacing w:after="80" w:line="360" w:lineRule="auto"/>
        <w:jc w:val="left"/>
      </w:pPr>
      <w:r>
        <w:rPr>
          <w:rFonts w:ascii="宋体" w:hAnsi="宋体" w:eastAsia="宋体"/>
          <w:b/>
          <w:sz w:val="20"/>
        </w:rPr>
        <w:t>可承担评审的栏目（可多选）：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20"/>
        </w:rPr>
        <w:t>□东方思想与哲学　□历史文献与考据　□文学与艺术　□东方道学与佛学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20"/>
        </w:rPr>
        <w:t>□海外汉学　□其他：______________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20"/>
        </w:rPr>
        <w:t>评审语言：□中文　□英文　　可评审频率：□每月 1 篇　□每季 2～3 篇　□其他：______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20"/>
        </w:rPr>
        <w:t>回避说明（与哪些机构/学者存在利益关系，可不填）：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21"/>
        </w:rPr>
        <w:t>________________________________________________________________________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21"/>
        </w:rPr>
      </w:r>
    </w:p>
    <w:p>
      <w:pPr>
        <w:spacing w:after="80" w:line="360" w:lineRule="auto"/>
        <w:jc w:val="both"/>
      </w:pPr>
      <w:r>
        <w:rPr>
          <w:rFonts w:ascii="宋体" w:hAnsi="宋体" w:eastAsia="宋体"/>
          <w:b w:val="0"/>
          <w:sz w:val="18"/>
        </w:rPr>
        <w:t>审稿人基本条件：具有副高级及以上专业技术职称或博士学位，近五年在本领域发表过相关研究成果，能够客观、公正、按时完成评审（一般 2 周内返回意见）。</w:t>
      </w:r>
    </w:p>
    <w:p>
      <w:pPr>
        <w:spacing w:after="80" w:line="360" w:lineRule="auto"/>
        <w:jc w:val="both"/>
      </w:pPr>
      <w:r>
        <w:rPr>
          <w:rFonts w:ascii="宋体" w:hAnsi="宋体" w:eastAsia="宋体"/>
          <w:b w:val="0"/>
          <w:sz w:val="18"/>
        </w:rPr>
        <w:t>本人承诺：以上信息真实有效，同意承担《东方文化研究》的同行评审工作，并遵守保密与利益冲突回避要求。</w:t>
      </w:r>
    </w:p>
    <w:p>
      <w:pPr>
        <w:spacing w:after="200" w:line="360" w:lineRule="auto"/>
        <w:jc w:val="left"/>
      </w:pPr>
      <w:r>
        <w:rPr>
          <w:rFonts w:ascii="宋体" w:hAnsi="宋体" w:eastAsia="宋体"/>
          <w:b w:val="0"/>
          <w:sz w:val="21"/>
        </w:rPr>
      </w:r>
    </w:p>
    <w:p>
      <w:pPr>
        <w:spacing w:after="80" w:line="360" w:lineRule="auto"/>
        <w:jc w:val="right"/>
      </w:pPr>
      <w:r>
        <w:rPr>
          <w:rFonts w:ascii="宋体" w:hAnsi="宋体" w:eastAsia="宋体"/>
          <w:b w:val="0"/>
          <w:sz w:val="20"/>
        </w:rPr>
        <w:t>签名：______________　　　　日期：______年____月____日</w:t>
      </w:r>
    </w:p>
    <w:p>
      <w:pPr>
        <w:spacing w:before="240"/>
      </w:pPr>
      <w:r>
        <w:rPr>
          <w:rFonts w:ascii="宋体" w:hAnsi="宋体" w:eastAsia="宋体"/>
          <w:color w:val="666666"/>
          <w:sz w:val="18"/>
        </w:rPr>
        <w:t>请将本表发送至 office@hkstmpress.com，或于投稿系统“作者信息”栏填写对应内容。</w:t>
      </w:r>
    </w:p>
    <w:sectPr w:rsidR="00FC693F" w:rsidRPr="0006063C" w:rsidSect="00034616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