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jc w:val="center"/>
      </w:pPr>
      <w:r>
        <w:rPr>
          <w:rFonts w:ascii="黑体" w:hAnsi="黑体" w:eastAsia="黑体"/>
          <w:b/>
          <w:sz w:val="32"/>
        </w:rPr>
        <w:t>《东方文化研究》论文版权转让协议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甲方（全体作者）：____________________________</w:t>
      </w:r>
    </w:p>
    <w:p>
      <w:pPr>
        <w:spacing w:after="120" w:line="360" w:lineRule="auto"/>
        <w:jc w:val="left"/>
      </w:pPr>
      <w:r>
        <w:rPr>
          <w:rFonts w:ascii="宋体" w:hAnsi="宋体" w:eastAsia="宋体"/>
          <w:b w:val="0"/>
          <w:sz w:val="21"/>
        </w:rPr>
        <w:t>乙方：《东方文化研究》编辑部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甲、乙双方就论文“____________________________________________”（以下简称“该论文”）的版权转让事宜，经协商一致，达成如下协议：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2"/>
        </w:rPr>
        <w:t>一、论文性质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本协议所指论文系乙方拟录用、尚未发表的由甲方撰写的原创论文。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2"/>
        </w:rPr>
        <w:t>二、甲方的权利与义务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1. 甲方保证该论文为原创作品，不存在抄袭、剽窃、伪造或篡改数据等学术不端情形，不涉及泄密问题；如发生侵权、泄密或署名纠纷，责任由甲方承担，乙方因此遭受损失的，甲方应予赔偿。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2. 甲方保证该论文未在其他刊物发表，亦未同时投寄其他刊物；如发生一稿多投、重复发表，乙方有权撤稿。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3. 甲方自愿将该论文的汇编权、翻译权、印刷版与电子版的复制权、网络传播权、发行权转让给乙方，乙方有权以纸质、电子、网络及数据库等方式出版、传播该论文。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4. 该论文如有多位作者，须由全体作者签名；如部分作者未签名，视为已签名作者已获全体作者授权代为签署，本协议对全体作者均具有约束力。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5. 甲方保留署名权，以及在不损害乙方权益的前提下将论文用于本人教学、科研、学术交流与结集出版（须注明原载于本刊）的权利。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2"/>
        </w:rPr>
        <w:t>三、乙方的权利与义务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1. 乙方收到退稿通知的，本协议自通知发出之日起自动终止。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2. 论文经乙方录用后，乙方按本刊标准向甲方收取文章处理费（Article Processing Charge, APC）；APC 仅在论文被录用后产生，未录用稿件不收取任何费用。甲方应在收到录用通知后按指定方式完成缴纳。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3. 乙方有权对论文作文字性修改、删节与技术性编辑；如涉及内容的实质性修改，须征得甲方同意。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4. 乙方应在论文出版后向甲方赠阅当期样刊或提供电子版全文（开放获取）。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2"/>
        </w:rPr>
        <w:t>四、其他约定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1. 本协议自甲方全体作者签名、乙方盖章之日起生效，有效期与论文的著作权保护期一致。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2. 因本协议引起的争议，双方应协商解决；协商不成的，可向乙方所在地有管辖权的人民法院提起诉讼。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3. 本协议一式两份，甲乙双方各执一份，具有同等法律效力。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4. 本协议未尽事宜，由双方另行协商并以书面形式确认。</w:t>
      </w:r>
    </w:p>
    <w:p>
      <w:pPr>
        <w:spacing w:after="24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after="200" w:line="360" w:lineRule="auto"/>
        <w:jc w:val="left"/>
      </w:pPr>
      <w:r>
        <w:rPr>
          <w:rFonts w:ascii="宋体" w:hAnsi="宋体" w:eastAsia="宋体"/>
          <w:b w:val="0"/>
          <w:sz w:val="21"/>
        </w:rPr>
        <w:t>甲方（全体作者签名）：________________________　　日期：______年____月____日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1"/>
        </w:rPr>
        <w:t>乙方（盖章）：《东方文化研究》编辑部　　　　　　　　　日期：______年____月____日</w:t>
      </w:r>
    </w:p>
    <w:p>
      <w:pPr>
        <w:spacing w:before="240"/>
      </w:pPr>
      <w:r>
        <w:rPr>
          <w:rFonts w:ascii="宋体" w:hAnsi="宋体" w:eastAsia="宋体"/>
          <w:color w:val="666666"/>
          <w:sz w:val="18"/>
        </w:rPr>
        <w:t>签署后请将扫描件发送至 office@hkstmpress.com，或将纸质件寄回编辑部。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