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120"/>
        <w:jc w:val="center"/>
      </w:pPr>
      <w:r>
        <w:rPr>
          <w:rFonts w:ascii="黑体" w:hAnsi="黑体" w:eastAsia="黑体"/>
          <w:b/>
          <w:sz w:val="36"/>
        </w:rPr>
        <w:t>《东方文化研究》论文模板</w:t>
      </w:r>
    </w:p>
    <w:p>
      <w:pPr>
        <w:spacing w:after="80" w:line="360" w:lineRule="auto"/>
        <w:jc w:val="center"/>
      </w:pPr>
      <w:r>
        <w:rPr>
          <w:rFonts w:ascii="宋体" w:hAnsi="宋体" w:eastAsia="宋体"/>
          <w:b w:val="0"/>
          <w:sz w:val="18"/>
        </w:rPr>
        <w:t>（JOURNAL OF ORIENTAL CULTURAL STUDIES / 香港科技出版集团（HKST Press））</w:t>
      </w:r>
    </w:p>
    <w:p>
      <w:pPr>
        <w:spacing w:after="40" w:line="360" w:lineRule="auto"/>
        <w:jc w:val="left"/>
      </w:pPr>
      <w:r>
        <w:rPr>
          <w:rFonts w:ascii="宋体" w:hAnsi="宋体" w:eastAsia="宋体"/>
          <w:b w:val="0"/>
          <w:sz w:val="21"/>
        </w:rPr>
      </w:r>
    </w:p>
    <w:p>
      <w:pPr>
        <w:spacing w:before="200" w:after="120"/>
        <w:jc w:val="center"/>
      </w:pPr>
      <w:r>
        <w:rPr>
          <w:rFonts w:ascii="黑体" w:hAnsi="黑体" w:eastAsia="黑体"/>
          <w:b/>
          <w:sz w:val="24"/>
        </w:rPr>
        <w:t>中文题目（不超过 20 字，黑体三号，居中）</w:t>
      </w:r>
    </w:p>
    <w:p>
      <w:pPr>
        <w:spacing w:after="80" w:line="360" w:lineRule="auto"/>
        <w:jc w:val="center"/>
      </w:pPr>
      <w:r>
        <w:rPr>
          <w:rFonts w:ascii="宋体" w:hAnsi="宋体" w:eastAsia="宋体"/>
          <w:b w:val="0"/>
          <w:sz w:val="21"/>
        </w:rPr>
        <w:t>张三1，李四2✉，王五3</w:t>
      </w:r>
    </w:p>
    <w:p>
      <w:pPr>
        <w:spacing w:after="80" w:line="360" w:lineRule="auto"/>
        <w:jc w:val="center"/>
      </w:pPr>
      <w:r>
        <w:rPr>
          <w:rFonts w:ascii="宋体" w:hAnsi="宋体" w:eastAsia="宋体"/>
          <w:b w:val="0"/>
          <w:sz w:val="18"/>
        </w:rPr>
        <w:t>（1. 作者单位名称，省份 城市 邮政编码；2. 作者单位名称，省份 城市 邮政编码；3. ……）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摘要：[目的/意义]……（说明研究背景、意义与拟解决的问题）。[方法/过程]……（说明研究过程、所用方法及其适用条件）。[结果/结论]……（说明主要发现、创新点与学术价值）。摘要 200～300 字，采用第三人称表述，不出现“本文”“笔者”等字样。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关键词：关键词一；关键词二；关键词三；关键词四（3～8 个，以分号分隔）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18"/>
        </w:rPr>
        <w:t>中图分类号：G0　　文献标识码：A　　DOI：（由编辑部填写）</w:t>
      </w:r>
    </w:p>
    <w:p>
      <w:pPr>
        <w:spacing w:after="120" w:line="360" w:lineRule="auto"/>
        <w:jc w:val="center"/>
      </w:pPr>
      <w:r>
        <w:rPr>
          <w:rFonts w:ascii="宋体" w:hAnsi="宋体" w:eastAsia="宋体"/>
          <w:b w:val="0"/>
          <w:sz w:val="21"/>
        </w:rPr>
        <w:t>English Title（英文题目，与中文题目对应，Times New Roman 三号加粗，居中）</w:t>
      </w:r>
    </w:p>
    <w:p>
      <w:pPr>
        <w:spacing w:after="80" w:line="360" w:lineRule="auto"/>
        <w:jc w:val="center"/>
      </w:pPr>
      <w:r>
        <w:rPr>
          <w:rFonts w:ascii="宋体" w:hAnsi="宋体" w:eastAsia="宋体"/>
          <w:b w:val="0"/>
          <w:sz w:val="21"/>
        </w:rPr>
        <w:t>ZHANG San1, LI Si2✉, WANG Wu3</w:t>
      </w:r>
    </w:p>
    <w:p>
      <w:pPr>
        <w:spacing w:after="80" w:line="360" w:lineRule="auto"/>
        <w:jc w:val="center"/>
      </w:pPr>
      <w:r>
        <w:rPr>
          <w:rFonts w:ascii="宋体" w:hAnsi="宋体" w:eastAsia="宋体"/>
          <w:b w:val="0"/>
          <w:sz w:val="18"/>
        </w:rPr>
        <w:t>（1. Affiliation, City Postcode, China; 2. Affiliation, City Postcode, China）</w:t>
      </w:r>
    </w:p>
    <w:p>
      <w:pPr>
        <w:spacing w:after="80" w:line="360" w:lineRule="auto"/>
        <w:ind w:firstLine="420"/>
        <w:jc w:val="left"/>
      </w:pPr>
      <w:r>
        <w:rPr>
          <w:rFonts w:ascii="宋体" w:hAnsi="宋体" w:eastAsia="宋体"/>
          <w:b w:val="0"/>
          <w:sz w:val="21"/>
        </w:rPr>
        <w:t>Abstract: ……（与中文摘要内容一致，150～250 words）</w:t>
      </w:r>
    </w:p>
    <w:p>
      <w:pPr>
        <w:spacing w:after="80" w:line="360" w:lineRule="auto"/>
        <w:ind w:firstLine="420"/>
        <w:jc w:val="left"/>
      </w:pPr>
      <w:r>
        <w:rPr>
          <w:rFonts w:ascii="宋体" w:hAnsi="宋体" w:eastAsia="宋体"/>
          <w:b w:val="0"/>
          <w:sz w:val="21"/>
        </w:rPr>
        <w:t>Keywords: ……；……；……（与中文关键词一一对应）</w:t>
      </w:r>
    </w:p>
    <w:p>
      <w:pPr>
        <w:spacing w:before="200" w:after="120"/>
        <w:jc w:val="left"/>
      </w:pPr>
      <w:r>
        <w:rPr>
          <w:rFonts w:ascii="黑体" w:hAnsi="黑体" w:eastAsia="黑体"/>
          <w:b/>
          <w:sz w:val="22"/>
        </w:rPr>
        <w:t>正文（宋体小四号，1.5 倍行距）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（引言）××××××……（说明选题缘起、已有研究述评、本文拟解决的问题与创新之处，不编序号）</w:t>
      </w:r>
    </w:p>
    <w:p>
      <w:pPr>
        <w:spacing w:before="160" w:after="40"/>
        <w:jc w:val="left"/>
      </w:pPr>
      <w:r>
        <w:rPr>
          <w:rFonts w:ascii="黑体" w:hAnsi="黑体" w:eastAsia="黑体"/>
          <w:b/>
          <w:sz w:val="22"/>
        </w:rPr>
        <w:t>1  一级标题（黑体小四号）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××××××……</w:t>
      </w:r>
    </w:p>
    <w:p>
      <w:pPr>
        <w:spacing w:before="120" w:after="40"/>
        <w:jc w:val="left"/>
      </w:pPr>
      <w:r>
        <w:rPr>
          <w:rFonts w:ascii="黑体" w:hAnsi="黑体" w:eastAsia="黑体"/>
          <w:b/>
          <w:sz w:val="22"/>
        </w:rPr>
        <w:t>1.1  二级标题（黑体小四号）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××××××……</w:t>
      </w:r>
    </w:p>
    <w:p>
      <w:pPr>
        <w:spacing w:before="120" w:after="40"/>
        <w:jc w:val="left"/>
      </w:pPr>
      <w:r>
        <w:rPr>
          <w:rFonts w:ascii="黑体" w:hAnsi="黑体" w:eastAsia="黑体"/>
          <w:b/>
          <w:sz w:val="22"/>
        </w:rPr>
        <w:t>1.1.1  三级标题（楷体小四号）</w:t>
      </w:r>
    </w:p>
    <w:p>
      <w:pPr>
        <w:spacing w:after="80" w:line="360" w:lineRule="auto"/>
        <w:ind w:firstLine="420"/>
        <w:jc w:val="both"/>
      </w:pPr>
      <w:r>
        <w:rPr>
          <w:rFonts w:ascii="宋体" w:hAnsi="宋体" w:eastAsia="宋体"/>
          <w:b w:val="0"/>
          <w:sz w:val="21"/>
        </w:rPr>
        <w:t>××××××……</w:t>
      </w:r>
    </w:p>
    <w:p>
      <w:pPr>
        <w:spacing w:after="80" w:line="360" w:lineRule="auto"/>
        <w:jc w:val="center"/>
      </w:pPr>
      <w:r>
        <w:rPr>
          <w:rFonts w:ascii="宋体" w:hAnsi="宋体" w:eastAsia="宋体"/>
          <w:b w:val="0"/>
          <w:sz w:val="18"/>
        </w:rPr>
        <w:t>表 1  表题（表题置于表上方，居中，五号宋体；表内文字五号，三线表）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2"/>
        <w:gridCol w:w="2882"/>
        <w:gridCol w:w="2882"/>
      </w:tblGrid>
      <w:tr>
        <w:tc>
          <w:tcPr>
            <w:tcW w:type="dxa" w:w="3118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项目</w:t>
            </w:r>
          </w:p>
        </w:tc>
        <w:tc>
          <w:tcPr>
            <w:tcW w:type="dxa" w:w="3118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分类</w:t>
            </w:r>
          </w:p>
        </w:tc>
        <w:tc>
          <w:tcPr>
            <w:tcW w:type="dxa" w:w="1701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占比/%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宋体" w:hAnsi="宋体" w:eastAsia="宋体"/>
                <w:sz w:val="20"/>
              </w:rPr>
              <w:t>示例</w:t>
            </w:r>
          </w:p>
        </w:tc>
        <w:tc>
          <w:tcPr>
            <w:tcW w:type="dxa" w:w="3118"/>
          </w:tcPr>
          <w:p>
            <w:r/>
            <w:r>
              <w:rPr>
                <w:rFonts w:ascii="宋体" w:hAnsi="宋体" w:eastAsia="宋体"/>
                <w:sz w:val="20"/>
              </w:rPr>
              <w:t>示例</w:t>
            </w:r>
          </w:p>
        </w:tc>
        <w:tc>
          <w:tcPr>
            <w:tcW w:type="dxa" w:w="1701"/>
          </w:tcPr>
          <w:p>
            <w:r/>
            <w:r>
              <w:rPr>
                <w:rFonts w:ascii="宋体" w:hAnsi="宋体" w:eastAsia="宋体"/>
                <w:sz w:val="20"/>
              </w:rPr>
              <w:t>00.0</w:t>
            </w:r>
          </w:p>
        </w:tc>
      </w:tr>
    </w:tbl>
    <w:p>
      <w:pPr>
        <w:spacing w:after="80" w:line="360" w:lineRule="auto"/>
        <w:jc w:val="center"/>
      </w:pPr>
      <w:r>
        <w:rPr>
          <w:rFonts w:ascii="宋体" w:hAnsi="宋体" w:eastAsia="宋体"/>
          <w:b w:val="0"/>
          <w:sz w:val="18"/>
        </w:rPr>
        <w:t>Tab.1  English title of the table（英文表题置于中文表题下方，Times New Roman 五号）</w:t>
      </w:r>
    </w:p>
    <w:p>
      <w:pPr>
        <w:spacing w:after="80" w:line="360" w:lineRule="auto"/>
        <w:jc w:val="center"/>
      </w:pPr>
      <w:r>
        <w:rPr>
          <w:rFonts w:ascii="宋体" w:hAnsi="宋体" w:eastAsia="宋体"/>
          <w:b w:val="0"/>
          <w:sz w:val="18"/>
        </w:rPr>
        <w:t>图 1  图题（图题置于图下方，居中，五号宋体；图中文字不小于六号，需可在黑白打印下辨认）</w:t>
      </w:r>
    </w:p>
    <w:p>
      <w:pPr>
        <w:spacing w:after="80" w:line="360" w:lineRule="auto"/>
        <w:jc w:val="center"/>
      </w:pPr>
      <w:r>
        <w:rPr>
          <w:rFonts w:ascii="宋体" w:hAnsi="宋体" w:eastAsia="宋体"/>
          <w:b w:val="0"/>
          <w:sz w:val="18"/>
        </w:rPr>
        <w:t>Fig.1  English title of the figure</w:t>
      </w:r>
    </w:p>
    <w:p>
      <w:pPr>
        <w:spacing w:before="200" w:after="80"/>
        <w:jc w:val="left"/>
      </w:pPr>
      <w:r>
        <w:rPr>
          <w:rFonts w:ascii="黑体" w:hAnsi="黑体" w:eastAsia="黑体"/>
          <w:b/>
          <w:sz w:val="22"/>
        </w:rPr>
        <w:t>参考文献（不少于 15 条，正文中按出现顺序以上标方括号标注）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18"/>
        </w:rPr>
        <w:t>参考文献著录执行 GB/T 7714—2015。示例：</w:t>
      </w:r>
    </w:p>
    <w:p>
      <w:pPr>
        <w:spacing w:line="312" w:lineRule="auto"/>
        <w:ind w:left="420" w:hanging="420"/>
      </w:pPr>
      <w:r>
        <w:rPr>
          <w:rFonts w:ascii="宋体" w:hAnsi="宋体" w:eastAsia="宋体"/>
          <w:sz w:val="18"/>
        </w:rPr>
        <w:t>[1] 作者. 书名[M]. 出版地: 出版社, 出版年: 起止页码.</w:t>
      </w:r>
    </w:p>
    <w:p>
      <w:pPr>
        <w:spacing w:line="312" w:lineRule="auto"/>
        <w:ind w:left="420" w:hanging="420"/>
      </w:pPr>
      <w:r>
        <w:rPr>
          <w:rFonts w:ascii="宋体" w:hAnsi="宋体" w:eastAsia="宋体"/>
          <w:sz w:val="18"/>
        </w:rPr>
        <w:t>[2] 作者. 篇名[J]. 刊名, 年, 卷(期): 起止页码.</w:t>
      </w:r>
    </w:p>
    <w:p>
      <w:pPr>
        <w:spacing w:line="312" w:lineRule="auto"/>
        <w:ind w:left="420" w:hanging="420"/>
      </w:pPr>
      <w:r>
        <w:rPr>
          <w:rFonts w:ascii="宋体" w:hAnsi="宋体" w:eastAsia="宋体"/>
          <w:sz w:val="18"/>
        </w:rPr>
        <w:t>[3] 作者. 篇名[D]. 城市: 学位授予单位, 年份.</w:t>
      </w:r>
    </w:p>
    <w:p>
      <w:pPr>
        <w:spacing w:line="312" w:lineRule="auto"/>
        <w:ind w:left="420" w:hanging="420"/>
      </w:pPr>
      <w:r>
        <w:rPr>
          <w:rFonts w:ascii="宋体" w:hAnsi="宋体" w:eastAsia="宋体"/>
          <w:sz w:val="18"/>
        </w:rPr>
        <w:t>[4] 作者. 篇名[EB/OL]. (发布日期)[引用日期]. 网址.</w:t>
      </w:r>
    </w:p>
    <w:p>
      <w:pPr>
        <w:spacing w:line="312" w:lineRule="auto"/>
        <w:ind w:left="420" w:hanging="420"/>
      </w:pPr>
      <w:r>
        <w:rPr>
          <w:rFonts w:ascii="宋体" w:hAnsi="宋体" w:eastAsia="宋体"/>
          <w:sz w:val="18"/>
        </w:rPr>
        <w:t>[5] AUTHOR A A, AUTHOR B B. Title of the paper[J]. Journal Name, Year, Volume(Issue): pages.</w:t>
      </w:r>
    </w:p>
    <w:p>
      <w:pPr>
        <w:spacing w:before="200" w:after="80"/>
        <w:jc w:val="left"/>
      </w:pPr>
      <w:r>
        <w:rPr>
          <w:rFonts w:ascii="黑体" w:hAnsi="黑体" w:eastAsia="黑体"/>
          <w:b/>
          <w:sz w:val="22"/>
        </w:rPr>
        <w:t>作者简介与基金项目（置于首页页脚）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18"/>
        </w:rPr>
        <w:t>基金项目：××××项目“××××”（项目编号：××××）研究成果之一。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18"/>
        </w:rPr>
        <w:t>作者简介：张三（1990—），男，山东济南人，××大学××学院教授，博士，研究方向为××××，E-mail：××@××.edu.cn。</w:t>
      </w:r>
    </w:p>
    <w:p>
      <w:pPr>
        <w:spacing w:after="80" w:line="360" w:lineRule="auto"/>
        <w:jc w:val="left"/>
      </w:pPr>
      <w:r>
        <w:rPr>
          <w:rFonts w:ascii="宋体" w:hAnsi="宋体" w:eastAsia="宋体"/>
          <w:b w:val="0"/>
          <w:sz w:val="18"/>
        </w:rPr>
        <w:t>通信作者：李四，E-mail：××@××.edu.cn。</w:t>
      </w:r>
    </w:p>
    <w:p>
      <w:pPr>
        <w:spacing w:before="200" w:after="80"/>
        <w:jc w:val="left"/>
      </w:pPr>
      <w:r>
        <w:rPr>
          <w:rFonts w:ascii="黑体" w:hAnsi="黑体" w:eastAsia="黑体"/>
          <w:b/>
          <w:sz w:val="22"/>
        </w:rPr>
        <w:t>排版与格式要求</w:t>
      </w:r>
    </w:p>
    <w:p>
      <w:pPr>
        <w:spacing w:after="80" w:line="360" w:lineRule="auto"/>
        <w:jc w:val="both"/>
      </w:pPr>
      <w:r>
        <w:rPr>
          <w:rFonts w:ascii="宋体" w:hAnsi="宋体" w:eastAsia="宋体"/>
          <w:b w:val="0"/>
          <w:sz w:val="20"/>
        </w:rPr>
        <w:t>1. 来稿请使用本模板，Word 文档（.docx），A4 页面，正文宋体小四号、1.5 倍行距，页边距上下 2.54 cm、左右 3.17 cm。</w:t>
      </w:r>
    </w:p>
    <w:p>
      <w:pPr>
        <w:spacing w:after="80" w:line="360" w:lineRule="auto"/>
        <w:jc w:val="both"/>
      </w:pPr>
      <w:r>
        <w:rPr>
          <w:rFonts w:ascii="宋体" w:hAnsi="宋体" w:eastAsia="宋体"/>
          <w:b w:val="0"/>
          <w:sz w:val="20"/>
        </w:rPr>
        <w:t>2. 全文字数一般 8000～15000 字（含摘要、参考文献）；摘要 200～300 字，关键词 3～8 个。</w:t>
      </w:r>
    </w:p>
    <w:p>
      <w:pPr>
        <w:spacing w:after="80" w:line="360" w:lineRule="auto"/>
        <w:jc w:val="both"/>
      </w:pPr>
      <w:r>
        <w:rPr>
          <w:rFonts w:ascii="宋体" w:hAnsi="宋体" w:eastAsia="宋体"/>
          <w:b w:val="0"/>
          <w:sz w:val="20"/>
        </w:rPr>
        <w:t>3. 各级标题均不另起页；序号采用 1、1.1、1.1.1 三级。</w:t>
      </w:r>
    </w:p>
    <w:p>
      <w:pPr>
        <w:spacing w:after="80" w:line="360" w:lineRule="auto"/>
        <w:jc w:val="both"/>
      </w:pPr>
      <w:r>
        <w:rPr>
          <w:rFonts w:ascii="宋体" w:hAnsi="宋体" w:eastAsia="宋体"/>
          <w:b w:val="0"/>
          <w:sz w:val="20"/>
        </w:rPr>
        <w:t>4. 图表须随文出现，先见文字后见图表；表用三线表，图须清晰可编辑，表格与图片另附原始文件更佳。</w:t>
      </w:r>
    </w:p>
    <w:p>
      <w:pPr>
        <w:spacing w:after="80" w:line="360" w:lineRule="auto"/>
        <w:jc w:val="both"/>
      </w:pPr>
      <w:r>
        <w:rPr>
          <w:rFonts w:ascii="宋体" w:hAnsi="宋体" w:eastAsia="宋体"/>
          <w:b w:val="0"/>
          <w:sz w:val="20"/>
        </w:rPr>
        <w:t>5. 中文标点使用全角，英文与数字使用半角；度量衡、年份、页码等使用阿拉伯数字。</w:t>
      </w:r>
    </w:p>
    <w:p>
      <w:pPr>
        <w:spacing w:after="80" w:line="360" w:lineRule="auto"/>
        <w:jc w:val="both"/>
      </w:pPr>
      <w:r>
        <w:rPr>
          <w:rFonts w:ascii="宋体" w:hAnsi="宋体" w:eastAsia="宋体"/>
          <w:b w:val="0"/>
          <w:sz w:val="20"/>
        </w:rPr>
        <w:t>6. 引用须与文后参考文献一一对应，参考文献不少于 15 条，近五年文献宜占三分之一以上。</w:t>
      </w:r>
    </w:p>
    <w:p>
      <w:pPr>
        <w:spacing w:after="80" w:line="360" w:lineRule="auto"/>
        <w:jc w:val="both"/>
      </w:pPr>
      <w:r>
        <w:rPr>
          <w:rFonts w:ascii="宋体" w:hAnsi="宋体" w:eastAsia="宋体"/>
          <w:b w:val="0"/>
          <w:sz w:val="20"/>
        </w:rPr>
        <w:t>7. 投稿前请删除文中任何可识别作者身份的信息（匿名评审要求），作者信息统一填写在系统的作者信息栏与本模板首页页脚。</w:t>
      </w:r>
    </w:p>
    <w:p>
      <w:pPr>
        <w:spacing w:before="240"/>
      </w:pPr>
      <w:r>
        <w:rPr>
          <w:rFonts w:ascii="宋体" w:hAnsi="宋体" w:eastAsia="宋体"/>
          <w:color w:val="666666"/>
          <w:sz w:val="18"/>
        </w:rPr>
        <w:t>《东方文化研究》编辑部　https://www.singapub.com/journal/dfwhyj　office@hkstmpress.com</w:t>
      </w:r>
    </w:p>
    <w:sectPr w:rsidR="00FC693F" w:rsidRPr="0006063C" w:rsidSect="00034616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